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outlineLvl w:val="0"/>
      </w:pPr>
      <w:r>
        <w:t>Warm introduction</w:t>
      </w:r>
    </w:p>
    <w:p>
      <w:pPr>
        <w:pStyle w:val="Subtitle"/>
      </w:pPr>
      <w:r>
        <w:t>Replace every bracketed field before sharing</w:t>
      </w:r>
    </w:p>
    <w:p>
      <w:pPr/>
      <w:r>
        <w:rPr>
          <w:sz w:val="19"/>
        </w:rPr>
        <w:t xml:space="preserve">Ask the client first, then include Grant at </w:t>
      </w:r>
      <w:hyperlink r:id="rId11">
        <w:r>
          <w:rPr>
            <w:color w:val="14543E"/>
            <w:u w:val="single"/>
          </w:rPr>
          <w:t>hello@handledcalls.com</w:t>
        </w:r>
      </w:hyperlink>
      <w:r>
        <w:rPr>
          <w:sz w:val="19"/>
        </w:rPr>
        <w:t>. For the problem, use their own words, such as 'calls go to voicemail while you are on jobs'.</w:t>
      </w:r>
    </w:p>
    <w:p>
      <w:pPr/>
      <w:r>
        <w:t xml:space="preserve">Subject: An introduction for </w:t>
      </w:r>
      <w:r>
        <w:rPr>
          <w:b/>
          <w:shd w:fill="FFF0BF"/>
        </w:rPr>
        <w:t>[CLIENT BUSINESS]</w:t>
      </w:r>
      <w:r/>
    </w:p>
    <w:p>
      <w:pPr/>
      <w:r>
        <w:t xml:space="preserve">Hi </w:t>
      </w:r>
      <w:r>
        <w:rPr>
          <w:b/>
          <w:shd w:fill="FFF0BF"/>
        </w:rPr>
        <w:t>[CLIENT NAME]</w:t>
      </w:r>
      <w:r>
        <w:t>,</w:t>
      </w:r>
    </w:p>
    <w:p>
      <w:pPr/>
      <w:r>
        <w:t xml:space="preserve">You mentioned </w:t>
      </w:r>
      <w:r>
        <w:rPr>
          <w:b/>
          <w:shd w:fill="FFF0BF"/>
        </w:rPr>
        <w:t>[SPECIFIC CALL-HANDLING PROBLEM]</w:t>
      </w:r>
      <w:r>
        <w:t>. Meet Grant, co-founder of Handled Calls.</w:t>
      </w:r>
    </w:p>
    <w:p>
      <w:pPr/>
      <w:r>
        <w:t xml:space="preserve">Its virtual receptionist answers missed and after-hours calls, collects job details, and keeps requests in one place for your team. Grant can show you how it would fit </w:t>
      </w:r>
      <w:r>
        <w:rPr>
          <w:b/>
          <w:shd w:fill="FFF0BF"/>
        </w:rPr>
        <w:t>[CLIENT BUSINESS]</w:t>
      </w:r>
      <w:r>
        <w:t xml:space="preserve"> and help with setup.</w:t>
      </w:r>
    </w:p>
    <w:p>
      <w:pPr/>
      <w:r>
        <w:t xml:space="preserve">Grant, could you arrange a short demo with </w:t>
      </w:r>
      <w:r>
        <w:rPr>
          <w:b/>
          <w:shd w:fill="FFF0BF"/>
        </w:rPr>
        <w:t>[CLIENT NAME]</w:t>
      </w:r>
      <w:r>
        <w:t>?</w:t>
      </w:r>
    </w:p>
    <w:p>
      <w:pPr/>
      <w:r>
        <w:t xml:space="preserve">If you decide to sign up, enter my partner code </w:t>
      </w:r>
      <w:r>
        <w:rPr>
          <w:b/>
          <w:shd w:fill="FFF0BF"/>
        </w:rPr>
        <w:t>[PARTNER CODE]</w:t>
      </w:r>
      <w:r>
        <w:t>.</w:t>
      </w:r>
    </w:p>
    <w:p>
      <w:pPr/>
      <w:r>
        <w:t>I may earn a commission if you sign up for Handled Calls through my referral.</w:t>
      </w:r>
    </w:p>
    <w:p>
      <w:pPr/>
      <w:r/>
      <w:r>
        <w:rPr>
          <w:b/>
          <w:shd w:fill="FFF0BF"/>
        </w:rPr>
        <w:t>[YOUR NAME]</w:t>
      </w:r>
      <w:r>
        <w:br/>
      </w:r>
      <w:r>
        <w:rPr>
          <w:b/>
          <w:shd w:fill="FFF0BF"/>
        </w:rPr>
        <w:t>[YOUR BUSINESS]</w:t>
      </w:r>
      <w:r/>
    </w:p>
    <w:p>
      <w:r>
        <w:br w:type="page"/>
      </w:r>
    </w:p>
    <w:p>
      <w:pPr>
        <w:pStyle w:val="Title"/>
        <w:outlineLvl w:val="0"/>
      </w:pPr>
      <w:r>
        <w:t>Recommendation to an existing client</w:t>
      </w:r>
    </w:p>
    <w:p>
      <w:pPr>
        <w:pStyle w:val="Subtitle"/>
      </w:pPr>
      <w:r>
        <w:t>Replace every bracketed field before sharing</w:t>
      </w:r>
    </w:p>
    <w:p>
      <w:pPr/>
      <w:r>
        <w:rPr>
          <w:sz w:val="19"/>
        </w:rPr>
        <w:t>Start with a real observation: for example, 'Your ads bring in calls after the office closes'. Ask before making the introduction.</w:t>
      </w:r>
    </w:p>
    <w:p>
      <w:pPr/>
      <w:r>
        <w:t xml:space="preserve">Subject: Call coverage for </w:t>
      </w:r>
      <w:r>
        <w:rPr>
          <w:b/>
          <w:shd w:fill="FFF0BF"/>
        </w:rPr>
        <w:t>[CLIENT BUSINESS]</w:t>
      </w:r>
      <w:r/>
    </w:p>
    <w:p>
      <w:pPr/>
      <w:r>
        <w:t xml:space="preserve">Hi </w:t>
      </w:r>
      <w:r>
        <w:rPr>
          <w:b/>
          <w:shd w:fill="FFF0BF"/>
        </w:rPr>
        <w:t>[CLIENT NAME]</w:t>
      </w:r>
      <w:r>
        <w:t>,</w:t>
      </w:r>
    </w:p>
    <w:p>
      <w:pPr/>
      <w:r/>
      <w:r>
        <w:rPr>
          <w:b/>
          <w:shd w:fill="FFF0BF"/>
        </w:rPr>
        <w:t>[ONE RELEVANT OBSERVATION]</w:t>
      </w:r>
      <w:r>
        <w:t>. I thought Handled Calls might help with those calls.</w:t>
      </w:r>
    </w:p>
    <w:p>
      <w:pPr/>
      <w:r>
        <w:t>Its virtual receptionist answers missed and after-hours calls, captures job details, and keeps the request ready for your team to review. Grant and the team handle the demo, setup, and support.</w:t>
      </w:r>
    </w:p>
    <w:p>
      <w:pPr/>
      <w:r>
        <w:t xml:space="preserve">Would you like an introduction? Here is a two-minute recorded test call if you want to listen first: </w:t>
      </w:r>
      <w:hyperlink r:id="rId12">
        <w:r>
          <w:rPr>
            <w:color w:val="14543E"/>
            <w:u w:val="single"/>
          </w:rPr>
          <w:t>https://www.handledcalls.com/#demo</w:t>
        </w:r>
      </w:hyperlink>
      <w:r/>
    </w:p>
    <w:p>
      <w:pPr/>
      <w:r>
        <w:t xml:space="preserve">If you sign up, enter my partner code </w:t>
      </w:r>
      <w:r>
        <w:rPr>
          <w:b/>
          <w:shd w:fill="FFF0BF"/>
        </w:rPr>
        <w:t>[PARTNER CODE]</w:t>
      </w:r>
      <w:r>
        <w:t>. I may earn a commission if you sign up for Handled Calls through my referral.</w:t>
      </w:r>
    </w:p>
    <w:p>
      <w:pPr/>
      <w:r/>
      <w:r>
        <w:rPr>
          <w:b/>
          <w:shd w:fill="FFF0BF"/>
        </w:rPr>
        <w:t>[YOUR NAME]</w:t>
      </w:r>
      <w:r>
        <w:br/>
      </w:r>
      <w:r>
        <w:rPr>
          <w:b/>
          <w:shd w:fill="FFF0BF"/>
        </w:rPr>
        <w:t>[YOUR BUSINESS]</w:t>
      </w:r>
      <w:r/>
    </w:p>
    <w:p>
      <w:r>
        <w:br w:type="page"/>
      </w:r>
    </w:p>
    <w:p>
      <w:pPr>
        <w:pStyle w:val="Title"/>
        <w:outlineLvl w:val="0"/>
      </w:pPr>
      <w:r>
        <w:t>Follow up after interest</w:t>
      </w:r>
    </w:p>
    <w:p>
      <w:pPr>
        <w:pStyle w:val="Subtitle"/>
      </w:pPr>
      <w:r>
        <w:t>Replace every bracketed field before sharing</w:t>
      </w:r>
    </w:p>
    <w:p>
      <w:pPr/>
      <w:r>
        <w:rPr>
          <w:sz w:val="19"/>
        </w:rPr>
        <w:t>Send after the person asks for details. Replace the question with their actual concern, such as 'whether callers can request a particular service'.</w:t>
      </w:r>
    </w:p>
    <w:p>
      <w:pPr/>
      <w:r>
        <w:t>Subject: The Handled Calls example</w:t>
      </w:r>
    </w:p>
    <w:p>
      <w:pPr/>
      <w:r>
        <w:t xml:space="preserve">Hi </w:t>
      </w:r>
      <w:r>
        <w:rPr>
          <w:b/>
          <w:shd w:fill="FFF0BF"/>
        </w:rPr>
        <w:t>[CLIENT NAME]</w:t>
      </w:r>
      <w:r>
        <w:t>,</w:t>
      </w:r>
    </w:p>
    <w:p>
      <w:pPr/>
      <w:r>
        <w:t xml:space="preserve">Here is the two-minute example we discussed: </w:t>
      </w:r>
      <w:hyperlink r:id="rId12">
        <w:r>
          <w:rPr>
            <w:color w:val="14543E"/>
            <w:u w:val="single"/>
          </w:rPr>
          <w:t>https://www.handledcalls.com/#demo</w:t>
        </w:r>
      </w:hyperlink>
      <w:r/>
    </w:p>
    <w:p>
      <w:pPr/>
      <w:r>
        <w:t>It is a recorded test call: the receptionist collects a plumbing request and offers an appointment. Your wording and booking options would follow your business setup.</w:t>
      </w:r>
    </w:p>
    <w:p>
      <w:pPr/>
      <w:r>
        <w:t xml:space="preserve">You asked about </w:t>
      </w:r>
      <w:r>
        <w:rPr>
          <w:b/>
          <w:shd w:fill="FFF0BF"/>
        </w:rPr>
        <w:t>[QUESTION TO CHECK]</w:t>
      </w:r>
      <w:r>
        <w:t xml:space="preserve">. Grant can walk through that with you: </w:t>
      </w:r>
      <w:hyperlink r:id="rId13">
        <w:r>
          <w:rPr>
            <w:color w:val="14543E"/>
            <w:u w:val="single"/>
          </w:rPr>
          <w:t>https://www.handledcalls.com/book-a-demo/</w:t>
        </w:r>
      </w:hyperlink>
      <w:r/>
    </w:p>
    <w:p>
      <w:pPr/>
      <w:r>
        <w:t xml:space="preserve">If you decide to sign up, enter </w:t>
      </w:r>
      <w:r>
        <w:rPr>
          <w:b/>
          <w:shd w:fill="FFF0BF"/>
        </w:rPr>
        <w:t>[PARTNER CODE]</w:t>
      </w:r>
      <w:r>
        <w:t>. I may earn a commission if you sign up for Handled Calls through my referral.</w:t>
      </w:r>
    </w:p>
    <w:p>
      <w:pPr/>
      <w:r/>
      <w:r>
        <w:rPr>
          <w:b/>
          <w:shd w:fill="FFF0BF"/>
        </w:rPr>
        <w:t>[YOUR NAME]</w:t>
      </w:r>
      <w:r/>
    </w:p>
    <w:p>
      <w:r>
        <w:br w:type="page"/>
      </w:r>
    </w:p>
    <w:p>
      <w:pPr>
        <w:pStyle w:val="Title"/>
        <w:outlineLvl w:val="0"/>
      </w:pPr>
      <w:r>
        <w:t>Newsletter paragraph</w:t>
      </w:r>
    </w:p>
    <w:p>
      <w:pPr>
        <w:pStyle w:val="Subtitle"/>
      </w:pPr>
      <w:r>
        <w:t>Replace every bracketed field before sharing</w:t>
      </w:r>
    </w:p>
    <w:p>
      <w:pPr/>
      <w:r>
        <w:rPr>
          <w:sz w:val="19"/>
        </w:rPr>
        <w:t>Keep the disclosure with the recommendation. Use your newsletter's usual mailing address and unsubscribe footer.</w:t>
      </w:r>
    </w:p>
    <w:p>
      <w:pPr/>
      <w:r>
        <w:t>Subject: A tool for calls you cannot pick up</w:t>
      </w:r>
    </w:p>
    <w:p>
      <w:pPr/>
      <w:r>
        <w:t xml:space="preserve">If you run a home service business, a new call can arrive while you are on a job. Handled Calls is a virtual receptionist that answers missed and after-hours calls, captures the request, and keeps the details in a simple customer workspace. Booking depends on your saved availability and settings. Hear a recorded test call at </w:t>
      </w:r>
      <w:hyperlink r:id="rId12">
        <w:r>
          <w:rPr>
            <w:color w:val="14543E"/>
            <w:u w:val="single"/>
          </w:rPr>
          <w:t>https://www.handledcalls.com/#demo</w:t>
        </w:r>
      </w:hyperlink>
      <w:r>
        <w:t xml:space="preserve"> or book a walkthrough with the team. If you sign up, enter </w:t>
      </w:r>
      <w:r>
        <w:rPr>
          <w:b/>
          <w:shd w:fill="FFF0BF"/>
        </w:rPr>
        <w:t>[PARTNER CODE]</w:t>
      </w:r>
      <w:r>
        <w:t xml:space="preserve"> during signup. I may earn a commission if you sign up for Handled Calls through my referral.</w:t>
      </w:r>
    </w:p>
    <w:p>
      <w:r>
        <w:br w:type="page"/>
      </w:r>
    </w:p>
    <w:p>
      <w:pPr>
        <w:pStyle w:val="Title"/>
        <w:outlineLvl w:val="0"/>
      </w:pPr>
      <w:r>
        <w:t>Plumbing introduction</w:t>
      </w:r>
    </w:p>
    <w:p>
      <w:pPr>
        <w:pStyle w:val="Subtitle"/>
      </w:pPr>
      <w:r>
        <w:t>Replace every bracketed field before sharing</w:t>
      </w:r>
    </w:p>
    <w:p>
      <w:pPr/>
      <w:r>
        <w:rPr>
          <w:sz w:val="19"/>
        </w:rPr>
        <w:t>Use a real client need. Do not present the demo business as a customer result.</w:t>
      </w:r>
    </w:p>
    <w:p>
      <w:pPr/>
      <w:r>
        <w:t>Subject: Covering calls while you are on a plumbing job</w:t>
      </w:r>
    </w:p>
    <w:p>
      <w:pPr/>
      <w:r>
        <w:t xml:space="preserve">Hi </w:t>
      </w:r>
      <w:r>
        <w:rPr>
          <w:b/>
          <w:shd w:fill="FFF0BF"/>
        </w:rPr>
        <w:t>[CLIENT NAME]</w:t>
      </w:r>
      <w:r>
        <w:t>,</w:t>
      </w:r>
    </w:p>
    <w:p>
      <w:pPr/>
      <w:r>
        <w:t>When you are under a sink, it is hard to pick up every call. Handled Calls can answer, collect the plumbing issue and service address, and leave a clear request for your team. With instant booking enabled, it can offer times from your saved availability.</w:t>
      </w:r>
    </w:p>
    <w:p>
      <w:pPr/>
      <w:r>
        <w:t xml:space="preserve">Here is a two-minute plumbing example, recorded as a test call: </w:t>
      </w:r>
      <w:hyperlink r:id="rId12">
        <w:r>
          <w:rPr>
            <w:color w:val="14543E"/>
            <w:u w:val="single"/>
          </w:rPr>
          <w:t>https://www.handledcalls.com/#demo</w:t>
        </w:r>
      </w:hyperlink>
      <w:r/>
    </w:p>
    <w:p>
      <w:pPr/>
      <w:r>
        <w:t>Would you like an introduction to Grant?</w:t>
      </w:r>
    </w:p>
    <w:p>
      <w:pPr/>
      <w:r>
        <w:t xml:space="preserve">If you sign up, enter </w:t>
      </w:r>
      <w:r>
        <w:rPr>
          <w:b/>
          <w:shd w:fill="FFF0BF"/>
        </w:rPr>
        <w:t>[PARTNER CODE]</w:t>
      </w:r>
      <w:r>
        <w:t>. I may earn a commission if you sign up for Handled Calls through my referral.</w:t>
      </w:r>
    </w:p>
    <w:p>
      <w:pPr/>
      <w:r/>
      <w:r>
        <w:rPr>
          <w:b/>
          <w:shd w:fill="FFF0BF"/>
        </w:rPr>
        <w:t>[YOUR NAME]</w:t>
      </w:r>
      <w:r/>
    </w:p>
    <w:p>
      <w:r>
        <w:br w:type="page"/>
      </w:r>
    </w:p>
    <w:p>
      <w:pPr>
        <w:pStyle w:val="Title"/>
        <w:outlineLvl w:val="0"/>
      </w:pPr>
      <w:r>
        <w:t>HVAC introduction</w:t>
      </w:r>
    </w:p>
    <w:p>
      <w:pPr>
        <w:pStyle w:val="Subtitle"/>
      </w:pPr>
      <w:r>
        <w:t>Replace every bracketed field before sharing</w:t>
      </w:r>
    </w:p>
    <w:p>
      <w:pPr/>
      <w:r>
        <w:rPr>
          <w:sz w:val="19"/>
        </w:rPr>
        <w:t>Focus on ordinary service requests and seasonal workload.</w:t>
      </w:r>
    </w:p>
    <w:p>
      <w:pPr/>
      <w:r>
        <w:t>Subject: Help with calls during busy HVAC days</w:t>
      </w:r>
    </w:p>
    <w:p>
      <w:pPr/>
      <w:r>
        <w:t xml:space="preserve">Hi </w:t>
      </w:r>
      <w:r>
        <w:rPr>
          <w:b/>
          <w:shd w:fill="FFF0BF"/>
        </w:rPr>
        <w:t>[CLIENT NAME]</w:t>
      </w:r>
      <w:r>
        <w:t>,</w:t>
      </w:r>
    </w:p>
    <w:p>
      <w:pPr/>
      <w:r>
        <w:t>During a busy heating or cooling season, calls can arrive faster than your team can answer. Handled Calls can pick up missed calls, collect the issue and caller details, and keep each request ready to review. Booking follows the services and availability saved in the app.</w:t>
      </w:r>
    </w:p>
    <w:p>
      <w:pPr/>
      <w:r>
        <w:t>Would you like me to introduce you to Grant for a short walkthrough?</w:t>
      </w:r>
    </w:p>
    <w:p>
      <w:pPr/>
      <w:r>
        <w:t xml:space="preserve">You can hear a recorded test call first: </w:t>
      </w:r>
      <w:hyperlink r:id="rId12">
        <w:r>
          <w:rPr>
            <w:color w:val="14543E"/>
            <w:u w:val="single"/>
          </w:rPr>
          <w:t>https://www.handledcalls.com/#demo</w:t>
        </w:r>
      </w:hyperlink>
      <w:r/>
    </w:p>
    <w:p>
      <w:pPr/>
      <w:r>
        <w:t xml:space="preserve">If you sign up, enter </w:t>
      </w:r>
      <w:r>
        <w:rPr>
          <w:b/>
          <w:shd w:fill="FFF0BF"/>
        </w:rPr>
        <w:t>[PARTNER CODE]</w:t>
      </w:r>
      <w:r>
        <w:t>. I may earn a commission if you sign up for Handled Calls through my referral.</w:t>
      </w:r>
    </w:p>
    <w:p>
      <w:pPr/>
      <w:r/>
      <w:r>
        <w:rPr>
          <w:b/>
          <w:shd w:fill="FFF0BF"/>
        </w:rPr>
        <w:t>[YOUR NAME]</w:t>
      </w:r>
      <w:r/>
    </w:p>
    <w:p>
      <w:r>
        <w:br w:type="page"/>
      </w:r>
    </w:p>
    <w:p>
      <w:pPr>
        <w:pStyle w:val="Title"/>
        <w:outlineLvl w:val="0"/>
      </w:pPr>
      <w:r>
        <w:t>Electrical introduction</w:t>
      </w:r>
    </w:p>
    <w:p>
      <w:pPr>
        <w:pStyle w:val="Subtitle"/>
      </w:pPr>
      <w:r>
        <w:t>Replace every bracketed field before sharing</w:t>
      </w:r>
    </w:p>
    <w:p>
      <w:pPr/>
      <w:r>
        <w:rPr>
          <w:sz w:val="19"/>
        </w:rPr>
        <w:t>Describe routine job intake. Handled Calls is not an emergency or 911 service.</w:t>
      </w:r>
    </w:p>
    <w:p>
      <w:pPr/>
      <w:r>
        <w:t xml:space="preserve">Subject: Call handling for </w:t>
      </w:r>
      <w:r>
        <w:rPr>
          <w:b/>
          <w:shd w:fill="FFF0BF"/>
        </w:rPr>
        <w:t>[CLIENT BUSINESS]</w:t>
      </w:r>
      <w:r/>
    </w:p>
    <w:p>
      <w:pPr/>
      <w:r>
        <w:t xml:space="preserve">Hi </w:t>
      </w:r>
      <w:r>
        <w:rPr>
          <w:b/>
          <w:shd w:fill="FFF0BF"/>
        </w:rPr>
        <w:t>[CLIENT NAME]</w:t>
      </w:r>
      <w:r>
        <w:t>,</w:t>
      </w:r>
    </w:p>
    <w:p>
      <w:pPr/>
      <w:r>
        <w:t>When you are focused on electrical work, a ringing phone can interrupt the job. Handled Calls can answer missed calls, collect the service request and address, and give your team a clear summary. Optional instant booking uses your saved availability.</w:t>
      </w:r>
    </w:p>
    <w:p>
      <w:pPr/>
      <w:r>
        <w:t xml:space="preserve">Would it help to see how this could work for </w:t>
      </w:r>
      <w:r>
        <w:rPr>
          <w:b/>
          <w:shd w:fill="FFF0BF"/>
        </w:rPr>
        <w:t>[CLIENT BUSINESS]</w:t>
      </w:r>
      <w:r>
        <w:t>? I can introduce you to Grant, who handles the demo and setup guidance.</w:t>
      </w:r>
    </w:p>
    <w:p>
      <w:pPr/>
      <w:r>
        <w:t xml:space="preserve">If you sign up, enter </w:t>
      </w:r>
      <w:r>
        <w:rPr>
          <w:b/>
          <w:shd w:fill="FFF0BF"/>
        </w:rPr>
        <w:t>[PARTNER CODE]</w:t>
      </w:r>
      <w:r>
        <w:t>. I may earn a commission if you sign up for Handled Calls through my referral.</w:t>
      </w:r>
    </w:p>
    <w:p>
      <w:pPr/>
      <w:r/>
      <w:r>
        <w:rPr>
          <w:b/>
          <w:shd w:fill="FFF0BF"/>
        </w:rPr>
        <w:t>[YOUR NAME]</w:t>
      </w:r>
      <w:r/>
    </w:p>
    <w:p>
      <w:r>
        <w:br w:type="page"/>
      </w:r>
    </w:p>
    <w:p>
      <w:pPr>
        <w:pStyle w:val="Title"/>
        <w:outlineLvl w:val="0"/>
      </w:pPr>
      <w:r>
        <w:t>Social and video messages</w:t>
      </w:r>
    </w:p>
    <w:p>
      <w:pPr>
        <w:pStyle w:val="Subtitle"/>
      </w:pPr>
      <w:r>
        <w:t>Replace every bracketed field before sharing</w:t>
      </w:r>
    </w:p>
    <w:p>
      <w:pPr>
        <w:pStyle w:val="Heading2"/>
      </w:pPr>
      <w:r>
        <w:t>Social caption</w:t>
      </w:r>
    </w:p>
    <w:p>
      <w:pPr/>
      <w:r>
        <w:rPr>
          <w:sz w:val="19"/>
        </w:rPr>
        <w:t>Pair with a supplied graphic. Keep the disclosure visible before a platform truncates the caption.</w:t>
      </w:r>
    </w:p>
    <w:p>
      <w:pPr/>
      <w:r>
        <w:t>I may earn a commission if you sign up for Handled Calls through my referral.</w:t>
      </w:r>
    </w:p>
    <w:p>
      <w:pPr/>
      <w:r>
        <w:t>On a job when the phone rings? Handled Calls can answer missed and after-hours calls, capture the request, and organize the details in a simple customer workspace.</w:t>
      </w:r>
    </w:p>
    <w:p>
      <w:pPr/>
      <w:r>
        <w:t xml:space="preserve">Hear the recorded test call: </w:t>
      </w:r>
      <w:hyperlink r:id="rId12">
        <w:r>
          <w:rPr>
            <w:color w:val="14543E"/>
            <w:u w:val="single"/>
          </w:rPr>
          <w:t>https://www.handledcalls.com/#demo</w:t>
        </w:r>
      </w:hyperlink>
      <w:r/>
    </w:p>
    <w:p>
      <w:pPr/>
      <w:r>
        <w:t xml:space="preserve">If it fits your business, enter </w:t>
      </w:r>
      <w:r>
        <w:rPr>
          <w:b/>
          <w:shd w:fill="FFF0BF"/>
        </w:rPr>
        <w:t>[PARTNER CODE]</w:t>
      </w:r>
      <w:r>
        <w:t xml:space="preserve"> during signup.</w:t>
      </w:r>
    </w:p>
    <w:p>
      <w:pPr/>
      <w:r/>
      <w:r>
        <w:rPr>
          <w:b/>
          <w:shd w:fill="FFF0BF"/>
        </w:rPr>
        <w:t>[YOUR NAME]</w:t>
      </w:r>
      <w:r/>
    </w:p>
    <w:p>
      <w:pPr>
        <w:pStyle w:val="Heading2"/>
      </w:pPr>
      <w:r>
        <w:t>Short video introduction</w:t>
      </w:r>
    </w:p>
    <w:p>
      <w:pPr/>
      <w:r>
        <w:rPr>
          <w:sz w:val="19"/>
        </w:rPr>
        <w:t>Say the disclosure aloud and show it on screen. Show only the supplied sample screenshots.</w:t>
      </w:r>
    </w:p>
    <w:p>
      <w:pPr/>
      <w:r>
        <w:t>I may earn a commission if you sign up for Handled Calls through my referral.</w:t>
      </w:r>
    </w:p>
    <w:p>
      <w:pPr/>
      <w:r>
        <w:t>If you run a home service business and cannot always pick up, here is a tool to evaluate. Handled Calls is a virtual receptionist and simple customer workspace. It can answer missed calls, collect the job details, and offer appointment times based on your setup.</w:t>
      </w:r>
    </w:p>
    <w:p>
      <w:pPr/>
      <w:r>
        <w:t xml:space="preserve">Listen to the recorded test call, then ask the team how it would work for your business. My assigned code is </w:t>
      </w:r>
      <w:r>
        <w:rPr>
          <w:b/>
          <w:shd w:fill="FFF0BF"/>
        </w:rPr>
        <w:t>[PARTNER CODE]</w:t>
      </w:r>
      <w:r>
        <w:t xml:space="preserve">; enter it during signup. The demo is at </w:t>
      </w:r>
      <w:hyperlink r:id="rId14">
        <w:r>
          <w:rPr>
            <w:color w:val="14543E"/>
            <w:u w:val="single"/>
          </w:rPr>
          <w:t>handledcalls.com</w:t>
        </w:r>
      </w:hyperlink>
      <w:r>
        <w:t>.</w:t>
      </w:r>
    </w:p>
    <w:p>
      <w:r>
        <w:br w:type="page"/>
      </w:r>
    </w:p>
    <w:p>
      <w:pPr>
        <w:pStyle w:val="Title"/>
        <w:outlineLvl w:val="0"/>
      </w:pPr>
      <w:r>
        <w:t>Conversation talking points</w:t>
      </w:r>
    </w:p>
    <w:p>
      <w:pPr>
        <w:pStyle w:val="Subtitle"/>
      </w:pPr>
      <w:r>
        <w:t>Replace every bracketed field before sharing</w:t>
      </w:r>
    </w:p>
    <w:p>
      <w:pPr>
        <w:pStyle w:val="Heading2"/>
      </w:pPr>
      <w:r>
        <w:t>15 second product description</w:t>
      </w:r>
    </w:p>
    <w:p>
      <w:pPr/>
      <w:r>
        <w:rPr>
          <w:sz w:val="19"/>
        </w:rPr>
        <w:t>About 15 seconds at a normal speaking pace, including the commission disclosure.</w:t>
      </w:r>
    </w:p>
    <w:p>
      <w:pPr/>
      <w:r>
        <w:t>Handled Calls is a virtual receptionist that answers missed calls and captures the job details.</w:t>
      </w:r>
    </w:p>
    <w:p>
      <w:pPr/>
      <w:r>
        <w:t>I may earn a commission if you sign up for Handled Calls through my referral.</w:t>
      </w:r>
    </w:p>
    <w:p>
      <w:pPr>
        <w:pStyle w:val="Heading2"/>
      </w:pPr>
      <w:r>
        <w:t>60 second product description</w:t>
      </w:r>
    </w:p>
    <w:p>
      <w:pPr/>
      <w:r>
        <w:rPr>
          <w:sz w:val="19"/>
        </w:rPr>
        <w:t>Use as a conversation guide rather than reading a list of features.</w:t>
      </w:r>
    </w:p>
    <w:p>
      <w:pPr/>
      <w:r>
        <w:t>Handled Calls is for home service owners who cannot always answer while they work. Its virtual receptionist takes missed and after-hours calls, collects what the caller needs, and leaves the details in a simple customer workspace.</w:t>
      </w:r>
    </w:p>
    <w:p>
      <w:pPr/>
      <w:r>
        <w:t>When instant voice booking is enabled, it can offer times based on the services and availability saved in the app. Otherwise, your team reviews the request. You keep your existing customer-facing number through call forwarding.</w:t>
      </w:r>
    </w:p>
    <w:p>
      <w:pPr/>
      <w:r>
        <w:t>There is a 14-day card-backed trial, then a base subscription every 28 days plus call usage. Grant and the team handle the demo, setup guidance, and support.</w:t>
      </w:r>
    </w:p>
    <w:p>
      <w:pPr/>
      <w:r>
        <w:t xml:space="preserve">I may earn a commission if you sign up for Handled Calls through my referral. Use </w:t>
      </w:r>
      <w:r>
        <w:rPr>
          <w:b/>
          <w:shd w:fill="FFF0BF"/>
        </w:rPr>
        <w:t>[PARTNER CODE]</w:t>
      </w:r>
      <w:r>
        <w:t xml:space="preserve"> during signup.</w:t>
      </w:r>
    </w:p>
    <w:p>
      <w:r>
        <w:br w:type="page"/>
      </w:r>
    </w:p>
    <w:p>
      <w:pPr>
        <w:pStyle w:val="Title"/>
        <w:outlineLvl w:val="0"/>
      </w:pPr>
      <w:r>
        <w:t>Ask for help with a client conversation</w:t>
      </w:r>
    </w:p>
    <w:p>
      <w:pPr>
        <w:pStyle w:val="Subtitle"/>
      </w:pPr>
      <w:r>
        <w:t>Replace every bracketed field before sharing</w:t>
      </w:r>
    </w:p>
    <w:p>
      <w:pPr/>
      <w:r>
        <w:rPr>
          <w:sz w:val="19"/>
        </w:rPr>
        <w:t xml:space="preserve">Send to </w:t>
      </w:r>
      <w:hyperlink r:id="rId11">
        <w:r>
          <w:rPr>
            <w:color w:val="14543E"/>
            <w:u w:val="single"/>
          </w:rPr>
          <w:t>hello@handledcalls.com</w:t>
        </w:r>
      </w:hyperlink>
      <w:r>
        <w:rPr>
          <w:sz w:val="19"/>
        </w:rPr>
        <w:t>. Share client contact details only with their permission.</w:t>
      </w:r>
    </w:p>
    <w:p>
      <w:pPr/>
      <w:r>
        <w:t xml:space="preserve">Subject: Partner help with </w:t>
      </w:r>
      <w:r>
        <w:rPr>
          <w:b/>
          <w:shd w:fill="FFF0BF"/>
        </w:rPr>
        <w:t>[CLIENT BUSINESS]</w:t>
      </w:r>
      <w:r/>
    </w:p>
    <w:p>
      <w:pPr/>
      <w:r>
        <w:t>Hi Grant,</w:t>
      </w:r>
    </w:p>
    <w:p>
      <w:pPr/>
      <w:r>
        <w:t xml:space="preserve">I am </w:t>
      </w:r>
      <w:r>
        <w:rPr>
          <w:b/>
          <w:shd w:fill="FFF0BF"/>
        </w:rPr>
        <w:t>[YOUR NAME]</w:t>
      </w:r>
      <w:r>
        <w:t xml:space="preserve"> from </w:t>
      </w:r>
      <w:r>
        <w:rPr>
          <w:b/>
          <w:shd w:fill="FFF0BF"/>
        </w:rPr>
        <w:t>[YOUR BUSINESS]</w:t>
      </w:r>
      <w:r>
        <w:t xml:space="preserve">. My assigned partner code is </w:t>
      </w:r>
      <w:r>
        <w:rPr>
          <w:b/>
          <w:shd w:fill="FFF0BF"/>
        </w:rPr>
        <w:t>[PARTNER CODE]</w:t>
      </w:r>
      <w:r>
        <w:t>.</w:t>
      </w:r>
    </w:p>
    <w:p>
      <w:pPr/>
      <w:r>
        <w:t xml:space="preserve">I am talking with </w:t>
      </w:r>
      <w:r>
        <w:rPr>
          <w:b/>
          <w:shd w:fill="FFF0BF"/>
        </w:rPr>
        <w:t>[CLIENT BUSINESS]</w:t>
      </w:r>
      <w:r>
        <w:t xml:space="preserve"> about </w:t>
      </w:r>
      <w:r>
        <w:rPr>
          <w:b/>
          <w:shd w:fill="FFF0BF"/>
        </w:rPr>
        <w:t>[CLIENT NEED]</w:t>
      </w:r>
      <w:r>
        <w:t xml:space="preserve">. Their main question is </w:t>
      </w:r>
      <w:r>
        <w:rPr>
          <w:b/>
          <w:shd w:fill="FFF0BF"/>
        </w:rPr>
        <w:t>[CLIENT QUESTION]</w:t>
      </w:r>
      <w:r>
        <w:t>.</w:t>
      </w:r>
    </w:p>
    <w:p>
      <w:pPr/>
      <w:r>
        <w:t xml:space="preserve">Could you help with </w:t>
      </w:r>
      <w:r>
        <w:rPr>
          <w:b/>
          <w:shd w:fill="FFF0BF"/>
        </w:rPr>
        <w:t>[INTRODUCTION, DEMO, OR CUSTOM PRESENTATION]</w:t>
      </w:r>
      <w:r>
        <w:t>?</w:t>
      </w:r>
    </w:p>
    <w:p>
      <w:pPr/>
      <w:r>
        <w:t>Thanks,</w:t>
        <w:br/>
      </w:r>
      <w:r>
        <w:rPr>
          <w:b/>
          <w:shd w:fill="FFF0BF"/>
        </w:rPr>
        <w:t>[YOUR NAME]</w:t>
      </w:r>
      <w:r/>
    </w:p>
    <w:sectPr w:rsidR="00FC693F" w:rsidRPr="0006063C" w:rsidSect="00034616">
      <w:headerReference w:type="default" r:id="rId9"/>
      <w:footerReference w:type="default" r:id="rId10"/>
      <w:pgSz w:w="12240" w:h="15840"/>
      <w:pgMar w:top="1267" w:right="965" w:bottom="1008" w:left="965"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Handled Calls  |  hello@handledcalls.com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drawing>
        <wp:inline xmlns:a="http://schemas.openxmlformats.org/drawingml/2006/main" xmlns:pic="http://schemas.openxmlformats.org/drawingml/2006/picture">
          <wp:extent cx="1691640" cy="422910"/>
          <wp:docPr id="1" name="Picture 1"/>
          <wp:cNvGraphicFramePr>
            <a:graphicFrameLocks noChangeAspect="1"/>
          </wp:cNvGraphicFramePr>
          <a:graphic>
            <a:graphicData uri="http://schemas.openxmlformats.org/drawingml/2006/picture">
              <pic:pic>
                <pic:nvPicPr>
                  <pic:cNvPr id="0" name="handled-calls-dark.png"/>
                  <pic:cNvPicPr/>
                </pic:nvPicPr>
                <pic:blipFill>
                  <a:blip r:embed="rId1"/>
                  <a:stretch>
                    <a:fillRect/>
                  </a:stretch>
                </pic:blipFill>
                <pic:spPr>
                  <a:xfrm>
                    <a:off x="0" y="0"/>
                    <a:ext cx="1691640" cy="422910"/>
                  </a:xfrm>
                  <a:prstGeom prst="rect"/>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64" w:lineRule="auto" w:after="140"/>
    </w:pPr>
    <w:rPr>
      <w:rFonts w:ascii="Arial" w:hAnsi="Arial"/>
      <w:i w:val="0"/>
      <w:color w:val="000000"/>
      <w:sz w:val="22"/>
      <w:u w:val="non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40" w:line="264" w:lineRule="auto"/>
      <w:outlineLvl w:val="0"/>
    </w:pPr>
    <w:rPr>
      <w:rFonts w:asciiTheme="majorHAnsi" w:eastAsiaTheme="majorEastAsia" w:hAnsiTheme="majorHAnsi" w:cstheme="majorBidi" w:ascii="Arial" w:hAnsi="Arial"/>
      <w:b/>
      <w:bCs/>
      <w:i w:val="0"/>
      <w:color w:val="000000"/>
      <w:sz w:val="22"/>
      <w:szCs w:val="28"/>
      <w:u w:val="none"/>
    </w:rPr>
  </w:style>
  <w:style w:type="paragraph" w:styleId="Heading2">
    <w:name w:val="heading 2"/>
    <w:basedOn w:val="Normal"/>
    <w:next w:val="Normal"/>
    <w:link w:val="Heading2Char"/>
    <w:uiPriority w:val="9"/>
    <w:unhideWhenUsed/>
    <w:qFormat/>
    <w:rsid w:val="00FC693F"/>
    <w:pPr>
      <w:keepNext/>
      <w:keepLines/>
      <w:spacing w:before="180" w:after="140" w:line="264" w:lineRule="auto"/>
      <w:outlineLvl w:val="1"/>
    </w:pPr>
    <w:rPr>
      <w:rFonts w:asciiTheme="majorHAnsi" w:eastAsiaTheme="majorEastAsia" w:hAnsiTheme="majorHAnsi" w:cstheme="majorBidi" w:ascii="Arial" w:hAnsi="Arial"/>
      <w:b/>
      <w:bCs/>
      <w:i w:val="0"/>
      <w:color w:val="000000"/>
      <w:sz w:val="25"/>
      <w:szCs w:val="26"/>
      <w:u w:val="none"/>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40" w:line="264" w:lineRule="auto"/>
      <w:contextualSpacing/>
    </w:pPr>
    <w:rPr>
      <w:rFonts w:asciiTheme="majorHAnsi" w:eastAsiaTheme="majorEastAsia" w:hAnsiTheme="majorHAnsi" w:cstheme="majorBidi" w:ascii="Arial" w:hAnsi="Arial"/>
      <w:b/>
      <w:i w:val="0"/>
      <w:color w:val="000000"/>
      <w:kern w:val="28"/>
      <w:sz w:val="50"/>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kern w:val="28"/>
      <w:sz w:val="52"/>
      <w:szCs w:val="52"/>
    </w:rPr>
  </w:style>
  <w:style w:type="paragraph" w:styleId="Subtitle">
    <w:name w:val="Subtitle"/>
    <w:basedOn w:val="Normal"/>
    <w:next w:val="Normal"/>
    <w:link w:val="SubtitleChar"/>
    <w:uiPriority w:val="11"/>
    <w:qFormat/>
    <w:rsid w:val="00FC693F"/>
    <w:pPr>
      <w:numPr>
        <w:ilvl w:val="1"/>
      </w:numPr>
      <w:spacing w:line="264" w:lineRule="auto" w:after="320"/>
    </w:pPr>
    <w:rPr>
      <w:rFonts w:asciiTheme="majorHAnsi" w:eastAsiaTheme="majorEastAsia" w:hAnsiTheme="majorHAnsi" w:cstheme="majorBidi" w:ascii="Arial" w:hAnsi="Arial"/>
      <w:i w:val="0"/>
      <w:iCs/>
      <w:color w:val="000000"/>
      <w:sz w:val="22"/>
      <w:szCs w:val="24"/>
      <w:u w:val="none"/>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line="264" w:lineRule="auto" w:after="140"/>
      <w:contextualSpacing/>
    </w:pPr>
    <w:rPr>
      <w:rFonts w:ascii="Arial" w:hAnsi="Arial"/>
      <w:i w:val="0"/>
      <w:color w:val="000000"/>
      <w:sz w:val="22"/>
      <w:u w:val="none"/>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u w:val="single"/>
    </w:rPr>
  </w:style>
  <w:style w:type="character" w:styleId="BookTitle">
    <w:name w:val="Book Title"/>
    <w:basedOn w:val="DefaultParagraphFont"/>
    <w:uiPriority w:val="33"/>
    <w:qFormat/>
    <w:rsid w:val="00FC693F"/>
    <w:rPr>
      <w:b/>
      <w:bCs/>
      <w:smallCaps/>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mailto:hello@handledcalls.com" TargetMode="External"/><Relationship Id="rId12" Type="http://schemas.openxmlformats.org/officeDocument/2006/relationships/hyperlink" Target="https://www.handledcalls.com/#demo" TargetMode="External"/><Relationship Id="rId13" Type="http://schemas.openxmlformats.org/officeDocument/2006/relationships/hyperlink" Target="https://www.handledcalls.com/book-a-demo/" TargetMode="External"/><Relationship Id="rId14" Type="http://schemas.openxmlformats.org/officeDocument/2006/relationships/hyperlink" Target="https://handledcalls.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Ready to send messages</dc:title>
  <dc:subject>For you</dc:subject>
  <dc:creator>Handled Calls LLC</dc:creator>
  <cp:keywords/>
  <dc:description>generated by python-docx</dc:description>
  <cp:lastModifiedBy/>
  <cp:revision>1</cp:revision>
  <dcterms:created xsi:type="dcterms:W3CDTF">2013-12-23T23:15:00Z</dcterms:created>
  <dcterms:modified xsi:type="dcterms:W3CDTF">2013-12-23T23:15:00Z</dcterms:modified>
  <cp:category/>
</cp:coreProperties>
</file>