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outlineLvl w:val="0"/>
      </w:pPr>
      <w:r>
        <w:t>Your first introduction</w:t>
      </w:r>
    </w:p>
    <w:p>
      <w:pPr>
        <w:pStyle w:val="Subtitle"/>
      </w:pPr>
      <w:r>
        <w:t>A five minute starting point for approved partners</w:t>
      </w:r>
    </w:p>
    <w:p>
      <w:pPr/>
      <w:r>
        <w:t>Thanks for taking a look at Handled Calls. We help small service businesses give callers a useful response when the owner is busy. Your role is to recognize a good fit and make an introduction. Our team handles the demo, setup guidance, and support.</w:t>
      </w:r>
    </w:p>
    <w:p>
      <w:pPr>
        <w:pStyle w:val="Heading2"/>
      </w:pPr>
      <w:r>
        <w:t>1  Choose a business you already know</w:t>
      </w:r>
    </w:p>
    <w:p>
      <w:pPr/>
      <w:r>
        <w:t>Look for an owner who misses calls while working, receives after-hours requests, or spends time piecing together messages and appointments. Plumbing, HVAC and electrical businesses are good examples.</w:t>
      </w:r>
    </w:p>
    <w:p>
      <w:pPr>
        <w:pStyle w:val="Heading2"/>
      </w:pPr>
      <w:r>
        <w:t>2  Hear the product and ask permission</w:t>
      </w:r>
    </w:p>
    <w:p>
      <w:pPr/>
      <w:r>
        <w:t xml:space="preserve">Listen to the two-minute recorded test call at </w:t>
      </w:r>
      <w:hyperlink r:id="rId11">
        <w:r>
          <w:rPr>
            <w:color w:val="14543E"/>
            <w:u w:val="single"/>
          </w:rPr>
          <w:t>handledcalls.com/#demo</w:t>
        </w:r>
      </w:hyperlink>
      <w:r>
        <w:t>. Ask the owner whether they would like an introduction. Use the client overview when they want a quick explanation.</w:t>
      </w:r>
    </w:p>
    <w:p>
      <w:pPr>
        <w:pStyle w:val="Heading2"/>
      </w:pPr>
      <w:r>
        <w:t>3  Copy an introduction</w:t>
      </w:r>
    </w:p>
    <w:p>
      <w:pPr/>
      <w:r>
        <w:t xml:space="preserve">Open the message templates. Replace the marked blanks, include your assigned partner code, and introduce the client to </w:t>
      </w:r>
      <w:hyperlink r:id="rId12">
        <w:r>
          <w:rPr>
            <w:color w:val="14543E"/>
            <w:u w:val="single"/>
          </w:rPr>
          <w:t>hello@handledcalls.com</w:t>
        </w:r>
      </w:hyperlink>
      <w:r>
        <w:t xml:space="preserve"> before they sign up. Ask them to enter the code during signup.</w:t>
      </w:r>
    </w:p>
    <w:p>
      <w:pPr>
        <w:pStyle w:val="Heading2"/>
      </w:pPr>
      <w:r>
        <w:t>The offer in one sentence</w:t>
      </w:r>
    </w:p>
    <w:p>
      <w:pPr/>
      <w:r>
        <w:t>Approved partners earn 50% of eligible net subscription revenue from the base plan and additional users for each qualified customer's first four paid 28-day cycles.</w:t>
      </w:r>
    </w:p>
    <w:p>
      <w:pPr/>
      <w:r>
        <w:t>Use this disclosure with recommendations: I may earn a commission if you sign up for Handled Calls through my referral.</w:t>
      </w:r>
    </w:p>
    <w:p>
      <w:pPr/>
      <w:r>
        <w:t xml:space="preserve">Questions or help with a client conversation? Email </w:t>
      </w:r>
      <w:hyperlink r:id="rId12">
        <w:r>
          <w:rPr>
            <w:color w:val="14543E"/>
            <w:u w:val="single"/>
          </w:rPr>
          <w:t>hello@handledcalls.com</w:t>
        </w:r>
      </w:hyperlink>
      <w:r>
        <w:t xml:space="preserve"> or book a demo at </w:t>
      </w:r>
      <w:hyperlink r:id="rId13">
        <w:r>
          <w:rPr>
            <w:color w:val="14543E"/>
            <w:u w:val="single"/>
          </w:rPr>
          <w:t>handledcalls.com/book-a-demo/</w:t>
        </w:r>
      </w:hyperlink>
      <w:r>
        <w:t>.</w:t>
      </w:r>
    </w:p>
    <w:p>
      <w:pPr/>
      <w:r>
        <w:t>Grant</w:t>
        <w:br/>
        <w:t>Co-founder, Handled Calls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67" w:right="965" w:bottom="1008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Handled Calls  |  hello@handledcalls.com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1640" cy="4229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ndled-calls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2291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i w:val="0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5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320"/>
    </w:pPr>
    <w:rPr>
      <w:rFonts w:asciiTheme="majorHAnsi" w:eastAsiaTheme="majorEastAsia" w:hAnsiTheme="majorHAnsi" w:cstheme="majorBidi" w:ascii="Arial" w:hAnsi="Arial"/>
      <w:i w:val="0"/>
      <w:iCs/>
      <w:color w:val="000000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140"/>
      <w:contextualSpacing/>
    </w:pPr>
    <w:rPr>
      <w:rFonts w:ascii="Arial" w:hAnsi="Arial"/>
      <w:i w:val="0"/>
      <w:color w:val="000000"/>
      <w:sz w:val="22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handledcalls.com/#demo" TargetMode="External"/><Relationship Id="rId12" Type="http://schemas.openxmlformats.org/officeDocument/2006/relationships/hyperlink" Target="mailto:hello@handledcalls.com" TargetMode="External"/><Relationship Id="rId13" Type="http://schemas.openxmlformats.org/officeDocument/2006/relationships/hyperlink" Target="https://handledcalls.com/book-a-demo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quick start</dc:title>
  <dc:subject>For you</dc:subject>
  <dc:creator>Handled Calls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